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מה עוזר ומה מסוכן בסערה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פעולות שעוזרות בחורף לבין פעולות מסוכנות בסערה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 ולבטיחות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ניקוד של פועל בעזרת מילים מהנושא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ללבוש שכבות 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לשחק ליד עמוד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יכול לחשמל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להישאר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נחליק וניפול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הברק יכול לפגוע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הזרם חזק ומסוכן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שומר על הגוף חם ובריא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שומר עלינו מפני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גלים גבוהים מסוכנים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פעולה לקבוצה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(מסוכן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(עוזר בחורף)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הכי בטוח לעשות? סדרו לפי העדיפות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שומעים אזהרה על סערה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נכנסים הביתה למקום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סוגרים חלונות ודלתות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לובשים בגדים חמים ושותים משהו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עוזר: ללבוש שכבות, לאכול מרק חם. מסוכן: לגעת בכבל חשמל, לעמוד מתחת לעץ בודד.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מהרשימה כמו שתיית מים או לבישת שכבות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נגיעה בכבל או עמידה תחת 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סכנה מהסערה כמו ברק, רוח או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חוויות אישיות מסערות חורף שהתלמידים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'עוזר' ל'מסוכן'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מגוונות ולא רק חזרה על הדוגמאות מהדף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מה עוזר ומה מסוכן בסערה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קר בחוץ. יש דברים שטובים לנו, כמו לשתות מים חמים. יש דברים מסוכנים, כמו לגעת בחשמל. 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אוויר חזק עם רוח וגשם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במקום בטוח, בלי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כבל שנפל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 חשמל שנפל על הארץ, מסוכן לגעת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נחל שוטף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שזורמים מהר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 בגדים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אחד על השני כדי להתחמם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מגפיים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נעליים גבוהות לגשם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עמוד חשמל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שדרכו עובר חשמל ברחוב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חם ונוזלי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לעשות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לעמוד מתחת לעץ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ללבוש שכבות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לגעת בכבל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לשחות בים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בטוח בזמן 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במקום 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ליד עמוד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לנעול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אסור לגעת בחוט חשמל שנפל?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יכול לחשמל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כבד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 ללבוש הרבה בגדים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להישאר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 להירטב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מסוכן ברדיפה במדרגות רטובות?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נתחמם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נירטב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נחליק וניפול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נתייבש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לעמוד מתחת לעץ בודד בזמן סערה כי זה בטוח.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להיכנס לנחל שוטף אחרי גשם חזק כי המים נעימים.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לשתות מים ולאכול מרק חם עוזר לנו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להישאר במקום מוגן כשיש סערה חזקה.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לשחות בים כשיש גלים גבוהים זה בטוח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כדאי ללבוש __________ כדי להישאר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אסור לגעת ב__________ שנפל ברחוב כי הוא מסוכן.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שהרגליים לא יירטבו, נועלים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סערה חזקה, הכי בטוח להישאר במקום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גשם חזק, אסור להיכנס ל__________ שוטף.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פעולה לקבוצה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לשתות מים ולאכול מרק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לשחק ליד עמוד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מסוכן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ללבוש שכבות ולנעול מגפיים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מסוכן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לשחות בים סוער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לעמוד מתחת לעץ 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להישאר במקום מוגן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מסוכן בסערה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הכי בטוח לעשות? סדרו לפי העדיפות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סוגרים חלונות ודלתות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חמים ושותים משהו 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אזהרה על סערה חזקה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הביתה למקום מוגן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פעולות שעוזרות לנו בחורף ושתי פעולות שמסוכן לעשות בסערה.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לפעולה שעוזרת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לפעולה מסוכנת בסערה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למה חשוב להישאר במקום מוגן בסערה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מה עוזר ומה מסוכן בסערה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